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26" w:rsidRDefault="00B7628E">
      <w:pPr>
        <w:jc w:val="center"/>
      </w:pPr>
      <w:r>
        <w:rPr>
          <w:b/>
          <w:sz w:val="28"/>
        </w:rPr>
        <w:t>ADALAR BELEDİYESİ</w:t>
      </w:r>
      <w:r>
        <w:rPr>
          <w:b/>
          <w:sz w:val="28"/>
        </w:rPr>
        <w:br/>
        <w:t>ÇOCUK MECLİSİ BAŞVURU FORMU</w:t>
      </w:r>
    </w:p>
    <w:p w:rsidR="00B7628E" w:rsidRDefault="00B7628E">
      <w:pPr>
        <w:pStyle w:val="Balk2"/>
      </w:pPr>
    </w:p>
    <w:p w:rsidR="00676026" w:rsidRDefault="00B7628E">
      <w:pPr>
        <w:pStyle w:val="Balk2"/>
      </w:pPr>
      <w:r>
        <w:t>1. Başvuru ve Çocuk Bilgileri</w:t>
      </w:r>
    </w:p>
    <w:p w:rsidR="00676026" w:rsidRDefault="00B7628E">
      <w:proofErr w:type="spellStart"/>
      <w:r>
        <w:t>Başvuru</w:t>
      </w:r>
      <w:proofErr w:type="spellEnd"/>
      <w:r>
        <w:t xml:space="preserve"> </w:t>
      </w:r>
      <w:proofErr w:type="spellStart"/>
      <w:r>
        <w:t>Tarihi</w:t>
      </w:r>
      <w:proofErr w:type="spellEnd"/>
      <w:r>
        <w:t>: __________________________________________</w:t>
      </w:r>
    </w:p>
    <w:p w:rsidR="00676026" w:rsidRDefault="00B7628E">
      <w:r>
        <w:t>Adı Soyadı: __________________________________________</w:t>
      </w:r>
    </w:p>
    <w:p w:rsidR="00676026" w:rsidRDefault="00B7628E">
      <w:r>
        <w:t>Doğum Tarihi: __________________________________________</w:t>
      </w:r>
    </w:p>
    <w:p w:rsidR="00676026" w:rsidRDefault="00B7628E">
      <w:r>
        <w:t>Yaşı: ____________________________________</w:t>
      </w:r>
      <w:r>
        <w:t>______</w:t>
      </w:r>
    </w:p>
    <w:p w:rsidR="00676026" w:rsidRDefault="00B7628E">
      <w:r>
        <w:t>Okul Adı: __________________________________________</w:t>
      </w:r>
    </w:p>
    <w:p w:rsidR="00676026" w:rsidRDefault="00B7628E">
      <w:r>
        <w:t>Sınıfı: __________________________________________</w:t>
      </w:r>
    </w:p>
    <w:p w:rsidR="00676026" w:rsidRDefault="00B7628E">
      <w:r>
        <w:t>İl: İstanbul __________________________________________</w:t>
      </w:r>
    </w:p>
    <w:p w:rsidR="00676026" w:rsidRDefault="00B7628E">
      <w:r>
        <w:t>İlçe: Adalar __________________________________________</w:t>
      </w:r>
    </w:p>
    <w:p w:rsidR="00676026" w:rsidRDefault="00B7628E">
      <w:r>
        <w:t>Mahalle / Ada: __________________</w:t>
      </w:r>
      <w:r>
        <w:t>________________________</w:t>
      </w:r>
    </w:p>
    <w:p w:rsidR="00676026" w:rsidRDefault="00B7628E">
      <w:r>
        <w:t>Veli / Vasi Adı Soyadı: __________________________________________</w:t>
      </w:r>
    </w:p>
    <w:p w:rsidR="00676026" w:rsidRDefault="00B7628E">
      <w:r>
        <w:t>T.C. Kimlik No: __________________________________________</w:t>
      </w:r>
    </w:p>
    <w:p w:rsidR="00676026" w:rsidRDefault="00B7628E">
      <w:r>
        <w:t>Telefon Numarası: __________________________________________</w:t>
      </w:r>
    </w:p>
    <w:p w:rsidR="00676026" w:rsidRDefault="00B7628E">
      <w:r>
        <w:t>E-Posta Adresi: ____________________________</w:t>
      </w:r>
      <w:r>
        <w:t>______________</w:t>
      </w:r>
    </w:p>
    <w:p w:rsidR="00676026" w:rsidRDefault="00B7628E">
      <w:r>
        <w:t>İletişim İçin Tercih Edilen Yol: __________________________________________</w:t>
      </w:r>
    </w:p>
    <w:p w:rsidR="00676026" w:rsidRDefault="00B7628E">
      <w:r>
        <w:rPr>
          <w:b/>
        </w:rPr>
        <w:t>1. “Hobilerin ve ilgi alanların nelerdir?”</w:t>
      </w:r>
    </w:p>
    <w:p w:rsidR="00676026" w:rsidRDefault="00B7628E">
      <w:r>
        <w:t>Cevabım: ______________________________________________________________</w:t>
      </w:r>
    </w:p>
    <w:p w:rsidR="00676026" w:rsidRDefault="00B7628E">
      <w:r>
        <w:t>______________</w:t>
      </w:r>
      <w:r>
        <w:t>__________________________________________________________</w:t>
      </w:r>
    </w:p>
    <w:p w:rsidR="00676026" w:rsidRDefault="00B7628E">
      <w:r>
        <w:t>________________________________________________________________________</w:t>
      </w:r>
    </w:p>
    <w:p w:rsidR="00676026" w:rsidRDefault="00B7628E">
      <w:r>
        <w:rPr>
          <w:b/>
        </w:rPr>
        <w:t>2. “Neden Adalar Belediyesi Çocuk Meclisi’ne katılmak istiyorsun?”</w:t>
      </w:r>
    </w:p>
    <w:p w:rsidR="00676026" w:rsidRDefault="00B7628E">
      <w:r>
        <w:t>Cevabım: ________________________________________________</w:t>
      </w:r>
      <w:r>
        <w:t>______________</w:t>
      </w:r>
    </w:p>
    <w:p w:rsidR="00676026" w:rsidRDefault="00B7628E">
      <w:r>
        <w:t>________________________________________________________________________</w:t>
      </w:r>
    </w:p>
    <w:p w:rsidR="00676026" w:rsidRDefault="00B7628E">
      <w:r>
        <w:t>________________________________________________________________________</w:t>
      </w:r>
    </w:p>
    <w:p w:rsidR="00B7628E" w:rsidRDefault="00B7628E">
      <w:pPr>
        <w:rPr>
          <w:b/>
        </w:rPr>
      </w:pPr>
    </w:p>
    <w:p w:rsidR="00676026" w:rsidRDefault="00B7628E">
      <w:r>
        <w:rPr>
          <w:b/>
        </w:rPr>
        <w:t>3. “Adalar’da çocuklar için ne yapmak istersin?”</w:t>
      </w:r>
    </w:p>
    <w:p w:rsidR="00676026" w:rsidRDefault="00B7628E">
      <w:r>
        <w:t xml:space="preserve">Cevabım: </w:t>
      </w:r>
      <w:r>
        <w:t>______________________________________________________________</w:t>
      </w:r>
    </w:p>
    <w:p w:rsidR="00676026" w:rsidRDefault="00B7628E">
      <w:r>
        <w:t>________________________________________________________________________</w:t>
      </w:r>
    </w:p>
    <w:p w:rsidR="00676026" w:rsidRDefault="00B7628E">
      <w:r>
        <w:t>________________________________________________________________________</w:t>
      </w:r>
    </w:p>
    <w:p w:rsidR="00676026" w:rsidRDefault="00B7628E">
      <w:r>
        <w:rPr>
          <w:b/>
        </w:rPr>
        <w:t>4. “Adalar Belediyesi’ne ve ilgili birimlere ço</w:t>
      </w:r>
      <w:r>
        <w:rPr>
          <w:b/>
        </w:rPr>
        <w:t>cuklarla ilgili iletmek istediğin mesaj nedir?”</w:t>
      </w:r>
    </w:p>
    <w:p w:rsidR="00676026" w:rsidRDefault="00B7628E">
      <w:r>
        <w:t>Cevabım: ______________________________________________________________</w:t>
      </w:r>
    </w:p>
    <w:p w:rsidR="00676026" w:rsidRDefault="00B7628E">
      <w:r>
        <w:t>________________________________________________________________________</w:t>
      </w:r>
    </w:p>
    <w:p w:rsidR="00676026" w:rsidRDefault="00B7628E">
      <w:r>
        <w:t>_______________________________________________________________</w:t>
      </w:r>
      <w:r>
        <w:t>_________</w:t>
      </w:r>
    </w:p>
    <w:p w:rsidR="00B7628E" w:rsidRDefault="00B7628E" w:rsidP="00B7628E">
      <w:pPr>
        <w:pStyle w:val="pdq2pgselectionanchorcontainer"/>
      </w:pPr>
      <w:r>
        <w:rPr>
          <w:rStyle w:val="Gl"/>
        </w:rPr>
        <w:t>Çocuk Meclisi'ne Katılım Veli/Vasi İzin Beyanı</w:t>
      </w:r>
    </w:p>
    <w:p w:rsidR="00B7628E" w:rsidRDefault="00B7628E" w:rsidP="00B7628E">
      <w:pPr>
        <w:pStyle w:val="NormalWeb"/>
      </w:pPr>
      <w:r>
        <w:t xml:space="preserve">Çocuğumun, </w:t>
      </w:r>
      <w:r>
        <w:rPr>
          <w:rStyle w:val="Gl"/>
        </w:rPr>
        <w:t>Adalar Belediyesi Çocuk Meclisi</w:t>
      </w:r>
      <w:r>
        <w:t xml:space="preserve"> kapsamında gerçekleştirilecek toplantı, etkinlik, eğitim, atölye ve diğer çalışmalara katılmasına izin verdiğimi; Çocuk Meclisi çalışmalarına katılımı kapsamında gerekli organizasyon ve iletişim süreçlerinin yürütülmesini kabul ettiğimi beyan ederim.</w:t>
      </w:r>
    </w:p>
    <w:p w:rsidR="00676026" w:rsidRDefault="00B7628E">
      <w:r>
        <w:br/>
        <w:t>Veli / Vasi Adı Soyadı: ____________________________________</w:t>
      </w:r>
    </w:p>
    <w:p w:rsidR="00676026" w:rsidRDefault="00B7628E">
      <w:r>
        <w:t>Tarih: ____ / ____ / ______</w:t>
      </w:r>
    </w:p>
    <w:p w:rsidR="00676026" w:rsidRDefault="00B7628E">
      <w:r>
        <w:t>İmza: ____</w:t>
      </w:r>
      <w:r>
        <w:t>________________________________</w:t>
      </w:r>
    </w:p>
    <w:sectPr w:rsidR="006760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76026"/>
    <w:rsid w:val="00AA1D8D"/>
    <w:rsid w:val="00B47730"/>
    <w:rsid w:val="00B7628E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B7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B7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9954E-44A7-4F62-8C41-DDE8D95AC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baharcevik</cp:lastModifiedBy>
  <cp:revision>2</cp:revision>
  <dcterms:created xsi:type="dcterms:W3CDTF">2013-12-23T23:15:00Z</dcterms:created>
  <dcterms:modified xsi:type="dcterms:W3CDTF">2026-08-20T09:34:00Z</dcterms:modified>
  <cp:category/>
</cp:coreProperties>
</file>